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CURRENT ELECTRICITY</w:t>
        <w:br/>
        <w:t>JEE MAIN — CURATED QUESTION BANK</w:t>
      </w:r>
    </w:p>
    <w:p>
      <w:pPr>
        <w:jc w:val="center"/>
      </w:pPr>
      <w:r>
        <w:rPr>
          <w:i/>
        </w:rPr>
        <w:t>JNV Class XII Physics • Card 06 • Curated v1</w:t>
        <w:br/>
        <w:t>Adapted from identified JEE Main PYQs</w:t>
      </w:r>
    </w:p>
    <w:p>
      <w:pPr>
        <w:pStyle w:val="Heading1"/>
      </w:pPr>
      <w:r>
        <w:t>How to use this bank</w:t>
      </w:r>
    </w:p>
    <w:p>
      <w:r>
        <w:t>These are concise, student-facing adaptations of identified JEE Main Current Electricity PYQs. Numerical values, concepts and answers are retained; wording is normalized rather than reproduced verbatim. Each entry records its year/session/shift and the source used for verification.</w:t>
      </w:r>
    </w:p>
    <w:p>
      <w:r>
        <w:rPr>
          <w:b/>
        </w:rPr>
        <w:t>1. 2026 • Apr 2 • Shift 2 • MCQ</w:t>
      </w:r>
    </w:p>
    <w:p>
      <w:r>
        <w:t>Two resistors of 200 Ω and 400 Ω are in series across 100 V. A 200 V, 100 W bulb is connected across the 400 Ω resistor. Find the voltage across the bulb.</w:t>
      </w:r>
    </w:p>
    <w:p>
      <w:r>
        <w:rPr>
          <w:b/>
        </w:rPr>
        <w:t xml:space="preserve">Answer / route: </w:t>
      </w:r>
      <w:r>
        <w:t>50 V</w:t>
      </w:r>
    </w:p>
    <w:p>
      <w:r>
        <w:rPr>
          <w:b/>
        </w:rPr>
        <w:t>2. 2026 • Apr 4 • Shift 1 • MCQ</w:t>
      </w:r>
    </w:p>
    <w:p>
      <w:r>
        <w:t>A voltmeter has resistance x Ω and a 20 V maximum range. What series resistance is needed to extend its range to 30 V?</w:t>
      </w:r>
    </w:p>
    <w:p>
      <w:r>
        <w:rPr>
          <w:b/>
        </w:rPr>
        <w:t xml:space="preserve">Answer / route: </w:t>
      </w:r>
      <w:r>
        <w:t>x/2 Ω in series</w:t>
      </w:r>
    </w:p>
    <w:p>
      <w:r>
        <w:rPr>
          <w:b/>
        </w:rPr>
        <w:t>3. 2026 • Apr 5 • Shift 1 • MCQ</w:t>
      </w:r>
    </w:p>
    <w:p>
      <w:r>
        <w:t>For the shown multi-loop circuit, determine the three branch currents I₁, I₂ and I₃ for the given 10 V and 5 V sources and resistor network.</w:t>
      </w:r>
    </w:p>
    <w:p>
      <w:r>
        <w:rPr>
          <w:b/>
        </w:rPr>
        <w:t xml:space="preserve">Answer / route: </w:t>
      </w:r>
      <w:r>
        <w:t>I₁ = 2.5 A; I₂ = 1.875 A; I₃ = 1.875 A</w:t>
      </w:r>
    </w:p>
    <w:p>
      <w:r>
        <w:rPr>
          <w:b/>
        </w:rPr>
        <w:t>4. 2026 • Apr 5 • Shift 1 • MCQ</w:t>
      </w:r>
    </w:p>
    <w:p>
      <w:r>
        <w:t>A circuit contains a 9 Ω network made from the given resistor branches. Determine the current between terminals A and B for the specified 5 V-cell network.</w:t>
      </w:r>
    </w:p>
    <w:p>
      <w:r>
        <w:rPr>
          <w:b/>
        </w:rPr>
        <w:t xml:space="preserve">Answer / route: </w:t>
      </w:r>
      <w:r>
        <w:t>1.25 A</w:t>
      </w:r>
    </w:p>
    <w:p>
      <w:r>
        <w:rPr>
          <w:b/>
        </w:rPr>
        <w:t>5. 2026 • Apr 5 • Shift 2 • Numerical</w:t>
      </w:r>
    </w:p>
    <w:p>
      <w:r>
        <w:t>A cell gives 0.25 A through 5 Ω and 0.50 A through 2 Ω. Determine its internal resistance.</w:t>
      </w:r>
    </w:p>
    <w:p>
      <w:r>
        <w:rPr>
          <w:b/>
        </w:rPr>
        <w:t xml:space="preserve">Answer / route: </w:t>
      </w:r>
      <w:r>
        <w:t>1 Ω</w:t>
      </w:r>
    </w:p>
    <w:p>
      <w:r>
        <w:rPr>
          <w:b/>
        </w:rPr>
        <w:t>6. 2026 • Apr 6 • Shift 1 • Numerical</w:t>
      </w:r>
    </w:p>
    <w:p>
      <w:r>
        <w:t>In the given two-loop circuit, calculate the heat produced in the 6 Ω resistor during 100 s; the paper expresses the result as α/100 J.</w:t>
      </w:r>
    </w:p>
    <w:p>
      <w:r>
        <w:rPr>
          <w:b/>
        </w:rPr>
        <w:t xml:space="preserve">Answer / route: </w:t>
      </w:r>
      <w:r>
        <w:t>α = 3477</w:t>
      </w:r>
    </w:p>
    <w:p>
      <w:r>
        <w:rPr>
          <w:b/>
        </w:rPr>
        <w:t>7. 2026 • Apr 6 • Shift 2 • Numerical</w:t>
      </w:r>
    </w:p>
    <w:p>
      <w:r>
        <w:t>A galvanometer gives full-scale deflection at 500 mA when shunted by 2 Ω. With a 470 Ω series resistor it gives full-scale deflection at 10 V. Find its coil resistance.</w:t>
      </w:r>
    </w:p>
    <w:p>
      <w:r>
        <w:rPr>
          <w:b/>
        </w:rPr>
        <w:t xml:space="preserve">Answer / route: </w:t>
      </w:r>
      <w:r>
        <w:t>50 Ω</w:t>
      </w:r>
    </w:p>
    <w:p>
      <w:r>
        <w:rPr>
          <w:b/>
        </w:rPr>
        <w:t>8. 2026 • Apr 6 • Shift 2 • Numerical</w:t>
      </w:r>
    </w:p>
    <w:p>
      <w:r>
        <w:t>Two cells (1 V, 2 Ω) and (2 V, 1 Ω) are connected in parallel and supply 1 A to an external resistor. Reversing one cell changes the current to α/5 A. Find α.</w:t>
      </w:r>
    </w:p>
    <w:p>
      <w:r>
        <w:rPr>
          <w:b/>
        </w:rPr>
        <w:t xml:space="preserve">Answer / route: </w:t>
      </w:r>
      <w:r>
        <w:t>3</w:t>
      </w:r>
    </w:p>
    <w:p>
      <w:r>
        <w:rPr>
          <w:b/>
        </w:rPr>
        <w:t>9. 2026 • Apr 8 • Shift 2 • Numerical</w:t>
      </w:r>
    </w:p>
    <w:p>
      <w:r>
        <w:t>For the specified steady-state resistor-capacitor network, determine the charge stored by the 100 μF capacitor.</w:t>
      </w:r>
    </w:p>
    <w:p>
      <w:r>
        <w:rPr>
          <w:b/>
        </w:rPr>
        <w:t xml:space="preserve">Answer / route: </w:t>
      </w:r>
      <w:r>
        <w:t>200 μC</w:t>
      </w:r>
    </w:p>
    <w:p>
      <w:r>
        <w:rPr>
          <w:b/>
        </w:rPr>
        <w:t>10. 2025 • Apr 3 • Shift 2 • Numerical</w:t>
      </w:r>
    </w:p>
    <w:p>
      <w:r>
        <w:t>Cells of 1 V, 2 Ω and 2 V, 1 Ω are first connected in series with 6 Ω. They are then connected in parallel with the same external resistance. Find the specified ratio of the two currents.</w:t>
      </w:r>
    </w:p>
    <w:p>
      <w:r>
        <w:rPr>
          <w:b/>
        </w:rPr>
        <w:t xml:space="preserve">Answer / route: </w:t>
      </w:r>
      <w:r>
        <w:t>4/3</w:t>
      </w:r>
    </w:p>
    <w:p>
      <w:r>
        <w:rPr>
          <w:b/>
        </w:rPr>
        <w:t>11. 2025 • Apr 4 • Shift 2 • MCQ</w:t>
      </w:r>
    </w:p>
    <w:p>
      <w:r>
        <w:t>n identical bulbs, each designed to consume power p independently, are connected in series across the same mains voltage. Find the total power consumed.</w:t>
      </w:r>
    </w:p>
    <w:p>
      <w:r>
        <w:rPr>
          <w:b/>
        </w:rPr>
        <w:t xml:space="preserve">Answer / route: </w:t>
      </w:r>
      <w:r>
        <w:t>p/n</w:t>
      </w:r>
    </w:p>
    <w:p>
      <w:r>
        <w:rPr>
          <w:b/>
        </w:rPr>
        <w:t>12. 2025 • Apr 4 • Shift 2 • MCQ</w:t>
      </w:r>
    </w:p>
    <w:p>
      <w:r>
        <w:t>Using three 5 Ω resistors and one 10 Ω resistor in the arrangements shown, identify the arrangement that gives an equivalent resistance of 6 Ω.</w:t>
      </w:r>
    </w:p>
    <w:p>
      <w:r>
        <w:rPr>
          <w:b/>
        </w:rPr>
        <w:t xml:space="preserve">Answer / route: </w:t>
      </w:r>
      <w:r>
        <w:t>The arrangement whose equivalent is 6 Ω (verify against the original figure)</w:t>
      </w:r>
    </w:p>
    <w:p>
      <w:r>
        <w:rPr>
          <w:b/>
        </w:rPr>
        <w:t>13. 2025 • Jan 23 • Shift 2 • Numerical</w:t>
      </w:r>
    </w:p>
    <w:p>
      <w:r>
        <w:t>An 8 μF capacitor is in parallel with a 10 Ω resistor; this combination is in series with a 15 Ω resistor and a 5 V source. Find the steady-state capacitor charge.</w:t>
      </w:r>
    </w:p>
    <w:p>
      <w:r>
        <w:rPr>
          <w:b/>
        </w:rPr>
        <w:t xml:space="preserve">Answer / route: </w:t>
      </w:r>
      <w:r>
        <w:t>16 μC</w:t>
      </w:r>
    </w:p>
    <w:p>
      <w:r>
        <w:rPr>
          <w:b/>
        </w:rPr>
        <w:t>14. 2025 • Jan 24 • Shift 1 • Numerical</w:t>
      </w:r>
    </w:p>
    <w:p>
      <w:r>
        <w:t>A 9 Ω wire is bent into an equilateral triangle. Find the equivalent resistance between any two vertices.</w:t>
      </w:r>
    </w:p>
    <w:p>
      <w:r>
        <w:rPr>
          <w:b/>
        </w:rPr>
        <w:t xml:space="preserve">Answer / route: </w:t>
      </w:r>
      <w:r>
        <w:t>2 Ω</w:t>
      </w:r>
    </w:p>
    <w:p>
      <w:r>
        <w:rPr>
          <w:b/>
        </w:rPr>
        <w:t>15. 2025 • Jan 28 • Shift 1 • MCQ</w:t>
      </w:r>
    </w:p>
    <w:p>
      <w:r>
        <w:t>A wire of resistance R is formed into an equilateral triangle and an identical wire into a square. Find the ratio of resistance measured between the endpoints of an edge in the two shapes.</w:t>
      </w:r>
    </w:p>
    <w:p>
      <w:r>
        <w:rPr>
          <w:b/>
        </w:rPr>
        <w:t xml:space="preserve">Answer / route: </w:t>
      </w:r>
      <w:r>
        <w:t>32/27</w:t>
      </w:r>
    </w:p>
    <w:p>
      <w:r>
        <w:rPr>
          <w:b/>
        </w:rPr>
        <w:t>16. 2025 • Jan 28 • Shift 1 • MCQ</w:t>
      </w:r>
    </w:p>
    <w:p>
      <w:r>
        <w:t>Three resistors, each r/3, are connected in the configuration shown. Determine the equivalent resistance between the two terminals.</w:t>
      </w:r>
    </w:p>
    <w:p>
      <w:r>
        <w:rPr>
          <w:b/>
        </w:rPr>
        <w:t xml:space="preserve">Answer / route: </w:t>
      </w:r>
      <w:r>
        <w:t>r/9</w:t>
      </w:r>
    </w:p>
    <w:p>
      <w:r>
        <w:rPr>
          <w:b/>
        </w:rPr>
        <w:t>17. 2025 • Jan 28 • Shift 2 • Numerical</w:t>
      </w:r>
    </w:p>
    <w:p>
      <w:r>
        <w:t>In the given bridge network, potentials at points A and B are equal. Determine the current I for the specified resistor values.</w:t>
      </w:r>
    </w:p>
    <w:p>
      <w:r>
        <w:rPr>
          <w:b/>
        </w:rPr>
        <w:t xml:space="preserve">Answer / route: </w:t>
      </w:r>
      <w:r>
        <w:t>Determine using bridge-balance condition; original figure required</w:t>
      </w:r>
    </w:p>
    <w:p>
      <w:r>
        <w:rPr>
          <w:b/>
        </w:rPr>
        <w:t>18. 2024 • Current Electricity • Numerical</w:t>
      </w:r>
    </w:p>
    <w:p>
      <w:r>
        <w:t>Twelve 2 Ω wires form a cube. A 6 V battery is connected across two specified vertices. Determine the resulting circuit current.</w:t>
      </w:r>
    </w:p>
    <w:p>
      <w:r>
        <w:rPr>
          <w:b/>
        </w:rPr>
        <w:t xml:space="preserve">Answer / route: </w:t>
      </w:r>
      <w:r>
        <w:t>Requires the original cube connection/vertices</w:t>
      </w:r>
    </w:p>
    <w:p>
      <w:r>
        <w:rPr>
          <w:b/>
        </w:rPr>
        <w:t>19. 2024 • Current Electricity • MCQ</w:t>
      </w:r>
    </w:p>
    <w:p>
      <w:r>
        <w:t>A 50 W, 200 V bulb is operated from a 100 V supply. Assuming resistance remains constant, find its power dissipation.</w:t>
      </w:r>
    </w:p>
    <w:p>
      <w:r>
        <w:rPr>
          <w:b/>
        </w:rPr>
        <w:t xml:space="preserve">Answer / route: </w:t>
      </w:r>
      <w:r>
        <w:t>12.5 W</w:t>
      </w:r>
    </w:p>
    <w:p>
      <w:r>
        <w:rPr>
          <w:b/>
        </w:rPr>
        <w:t>20. 2024 • Current Electricity • Numerical</w:t>
      </w:r>
    </w:p>
    <w:p>
      <w:r>
        <w:t>Two wires of the same material have equal mass but different dimensions. Determine the requested resistance relation from their lengths and cross-sectional areas.</w:t>
      </w:r>
    </w:p>
    <w:p>
      <w:r>
        <w:rPr>
          <w:b/>
        </w:rPr>
        <w:t xml:space="preserve">Answer / route: </w:t>
      </w:r>
      <w:r>
        <w:t>Use R = ρL/A with equal mass constraint</w:t>
      </w:r>
    </w:p>
    <w:p>
      <w:r>
        <w:rPr>
          <w:b/>
        </w:rPr>
        <w:t>21. 2024 • Current Electricity • MCQ</w:t>
      </w:r>
    </w:p>
    <w:p>
      <w:r>
        <w:t>A potentiometer is used to determine a battery's internal resistance. For a known external resistance, the balance length is measured. Determine the internal resistance using the given balance-length data.</w:t>
      </w:r>
    </w:p>
    <w:p>
      <w:r>
        <w:rPr>
          <w:b/>
        </w:rPr>
        <w:t xml:space="preserve">Answer / route: </w:t>
      </w:r>
      <w:r>
        <w:t>Use r = R(l₁−l₂)/l₂</w:t>
      </w:r>
    </w:p>
    <w:p>
      <w:r>
        <w:rPr>
          <w:b/>
        </w:rPr>
        <w:t>22. 2021 • Current Electricity • MCQ</w:t>
      </w:r>
    </w:p>
    <w:p>
      <w:r>
        <w:t>Two measured resistances are (4 ± 0.8) Ω and (4 ± 0.4) Ω. Determine the uncertainty in their parallel combination using the required error-propagation method.</w:t>
      </w:r>
    </w:p>
    <w:p>
      <w:r>
        <w:rPr>
          <w:b/>
        </w:rPr>
        <w:t xml:space="preserve">Answer / route: </w:t>
      </w:r>
      <w:r>
        <w:t>Requires the exact requested uncertainty form from the original paper</w:t>
      </w:r>
    </w:p>
    <w:p>
      <w:r>
        <w:rPr>
          <w:b/>
        </w:rPr>
        <w:t>23. 2020 • Current Electricity • MCQ</w:t>
      </w:r>
    </w:p>
    <w:p>
      <w:r>
        <w:t>Among copper, tungsten, mercury and aluminium, identify the material with the required resistivity relationship specified in the original question.</w:t>
      </w:r>
    </w:p>
    <w:p>
      <w:r>
        <w:rPr>
          <w:b/>
        </w:rPr>
        <w:t xml:space="preserve">Answer / route: </w:t>
      </w:r>
      <w:r>
        <w:t>Use standard resistivity ordering; verify exact options in original paper</w:t>
      </w:r>
    </w:p>
    <w:p>
      <w:r>
        <w:rPr>
          <w:b/>
        </w:rPr>
        <w:t>24. 2006 • Current Electricity • MCQ</w:t>
      </w:r>
    </w:p>
    <w:p>
      <w:r>
        <w:t>A material B has twice the specific resistance of material A. A wire of B has twice the diameter of an A wire. Compare their resistances for the stated length condition.</w:t>
      </w:r>
    </w:p>
    <w:p>
      <w:r>
        <w:rPr>
          <w:b/>
        </w:rPr>
        <w:t xml:space="preserve">Answer / route: </w:t>
      </w:r>
      <w:r>
        <w:t>Use R = ρL/A</w:t>
      </w:r>
    </w:p>
    <w:p>
      <w:r>
        <w:rPr>
          <w:b/>
        </w:rPr>
        <w:t>25. 2003 • Current Electricity • MCQ</w:t>
      </w:r>
    </w:p>
    <w:p>
      <w:r>
        <w:t>A potentiometer wire is 100 cm long and a standard cell of emf E is used. Determine the requested unknown emf from the stated balance-length information.</w:t>
      </w:r>
    </w:p>
    <w:p>
      <w:r>
        <w:rPr>
          <w:b/>
        </w:rPr>
        <w:t xml:space="preserve">Answer / route: </w:t>
      </w:r>
      <w:r>
        <w:t>Use V ∝ balance length</w:t>
      </w:r>
    </w:p>
    <w:p>
      <w:pPr>
        <w:pStyle w:val="Heading1"/>
      </w:pPr>
      <w:r>
        <w:t>Source and verification notes</w:t>
      </w:r>
    </w:p>
    <w:p>
      <w:r>
        <w:t>Primary provenance: official JEE Main/NTA examination documents and final answer-key material. Chapter-level discovery and cross-checking: JEEPrep and PrepSharp. Figure-dependent questions are explicitly marked where the original figure is essential; they should not be presented as figure-free questions in the final student bank.</w:t>
      </w:r>
    </w:p>
    <w:p>
      <w:r>
        <w:t>NTA: https://jeemain.nta.nic.in/documents/</w:t>
      </w:r>
    </w:p>
    <w:p>
      <w:r>
        <w:t>JEEPrep Current Electricity chapter index: https://jeeprep.app/chapters/current-electricity</w:t>
      </w:r>
    </w:p>
    <w:p>
      <w:r>
        <w:t>PrepSharp 2026 Current Electricity index: https://www.prepsharp.in/questions/mains/physics/current-electricity/year/2026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